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38C91F" w14:textId="267CCA0E" w:rsidR="00CA1A11" w:rsidRDefault="007A4EAD" w:rsidP="00CC6578">
      <w:pPr>
        <w:pStyle w:val="NormalWeb"/>
        <w:spacing w:line="360" w:lineRule="auto"/>
        <w:jc w:val="center"/>
        <w:rPr>
          <w:rStyle w:val="Strong"/>
          <w:color w:val="000000" w:themeColor="text1"/>
        </w:rPr>
      </w:pPr>
      <w:r>
        <w:rPr>
          <w:b/>
          <w:bCs/>
          <w:noProof/>
          <w:color w:val="000000" w:themeColor="text1"/>
        </w:rPr>
        <mc:AlternateContent>
          <mc:Choice Requires="wps">
            <w:drawing>
              <wp:anchor distT="0" distB="0" distL="114300" distR="114300" simplePos="0" relativeHeight="251659264" behindDoc="0" locked="0" layoutInCell="1" allowOverlap="1" wp14:anchorId="1CA58D50" wp14:editId="629E9B4F">
                <wp:simplePos x="0" y="0"/>
                <wp:positionH relativeFrom="page">
                  <wp:align>center</wp:align>
                </wp:positionH>
                <wp:positionV relativeFrom="paragraph">
                  <wp:posOffset>504825</wp:posOffset>
                </wp:positionV>
                <wp:extent cx="1209675" cy="9525"/>
                <wp:effectExtent l="38100" t="38100" r="66675" b="85725"/>
                <wp:wrapNone/>
                <wp:docPr id="2075619892" name="Straight Connector 1"/>
                <wp:cNvGraphicFramePr/>
                <a:graphic xmlns:a="http://schemas.openxmlformats.org/drawingml/2006/main">
                  <a:graphicData uri="http://schemas.microsoft.com/office/word/2010/wordprocessingShape">
                    <wps:wsp>
                      <wps:cNvCnPr/>
                      <wps:spPr>
                        <a:xfrm>
                          <a:off x="0" y="0"/>
                          <a:ext cx="1209675" cy="9525"/>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96C6983" id="Straight Connector 1" o:spid="_x0000_s1026" style="position:absolute;z-index:251659264;visibility:visible;mso-wrap-style:square;mso-wrap-distance-left:9pt;mso-wrap-distance-top:0;mso-wrap-distance-right:9pt;mso-wrap-distance-bottom:0;mso-position-horizontal:center;mso-position-horizontal-relative:page;mso-position-vertical:absolute;mso-position-vertical-relative:text" from="0,39.75pt" to="95.2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" strokecolor="black [3200]" strokeweight="1pt">
                <v:shadow on="t" color="black" opacity="24903f" origin=",.5" offset="0,.55556mm"/>
                <w10:wrap anchorx="page"/>
              </v:line>
            </w:pict>
          </mc:Fallback>
        </mc:AlternateContent>
      </w:r>
      <w:r w:rsidR="00CA1A11" w:rsidRPr="007A4EAD">
        <w:rPr>
          <w:rStyle w:val="Strong"/>
          <w:color w:val="000000" w:themeColor="text1"/>
        </w:rPr>
        <w:t>CỘNG HÒA XÃ HỘI CHỦ NGHĨA VIỆT NAM</w:t>
      </w:r>
      <w:r w:rsidR="00CA1A11" w:rsidRPr="007A4EAD">
        <w:rPr>
          <w:color w:val="000000" w:themeColor="text1"/>
        </w:rPr>
        <w:br/>
      </w:r>
      <w:r w:rsidR="00CA1A11" w:rsidRPr="007A4EAD">
        <w:rPr>
          <w:rStyle w:val="Strong"/>
          <w:color w:val="000000" w:themeColor="text1"/>
        </w:rPr>
        <w:t>Độc lập - Tự do - Hạnh phúc</w:t>
      </w:r>
    </w:p>
    <w:p w14:paraId="35BB2460" w14:textId="77777777" w:rsidR="00CC6578" w:rsidRPr="00CC6578" w:rsidRDefault="00CC6578" w:rsidP="00CC6578">
      <w:pPr>
        <w:pStyle w:val="NormalWeb"/>
        <w:spacing w:line="360" w:lineRule="auto"/>
        <w:jc w:val="center"/>
        <w:rPr>
          <w:color w:val="000000" w:themeColor="text1"/>
        </w:rPr>
      </w:pPr>
    </w:p>
    <w:p w14:paraId="0A7BC175" w14:textId="4B4590AE" w:rsidR="0053374D" w:rsidRPr="007A4EAD" w:rsidRDefault="00B63EB8" w:rsidP="007A4EAD">
      <w:pPr>
        <w:pStyle w:val="Heading1"/>
        <w:spacing w:before="0" w:after="80" w:line="360" w:lineRule="auto"/>
        <w:jc w:val="center"/>
        <w:rPr>
          <w:rFonts w:ascii="Times New Roman" w:hAnsi="Times New Roman" w:cs="Times New Roman"/>
          <w:color w:val="000000" w:themeColor="text1"/>
          <w:sz w:val="30"/>
          <w:szCs w:val="30"/>
        </w:rPr>
      </w:pPr>
      <w:r w:rsidRPr="007A4EAD">
        <w:rPr>
          <w:rFonts w:ascii="Times New Roman" w:hAnsi="Times New Roman" w:cs="Times New Roman"/>
          <w:color w:val="000000" w:themeColor="text1"/>
          <w:sz w:val="30"/>
          <w:szCs w:val="30"/>
        </w:rPr>
        <w:t>GIẤY ỦY QUYỀN THANH TOÁN</w:t>
      </w:r>
    </w:p>
    <w:p w14:paraId="46CC37BB" w14:textId="77777777" w:rsidR="00CA1A11" w:rsidRPr="007A4EAD" w:rsidRDefault="00CA1A11" w:rsidP="007A4EAD">
      <w:pPr>
        <w:spacing w:line="360" w:lineRule="auto"/>
        <w:rPr>
          <w:rFonts w:ascii="Times New Roman" w:hAnsi="Times New Roman" w:cs="Times New Roman"/>
        </w:rPr>
      </w:pPr>
    </w:p>
    <w:p w14:paraId="48B95FB9" w14:textId="76E3DFFA" w:rsidR="0053374D" w:rsidRPr="007A4EAD" w:rsidRDefault="00B63EB8" w:rsidP="007A4EAD">
      <w:pPr>
        <w:pStyle w:val="ListParagraph"/>
        <w:numPr>
          <w:ilvl w:val="0"/>
          <w:numId w:val="11"/>
        </w:numPr>
        <w:spacing w:after="80" w:line="360" w:lineRule="auto"/>
        <w:ind w:left="0" w:firstLine="426"/>
        <w:jc w:val="both"/>
        <w:rPr>
          <w:rFonts w:ascii="Times New Roman" w:hAnsi="Times New Roman" w:cs="Times New Roman"/>
          <w:i/>
          <w:iCs/>
          <w:color w:val="000000" w:themeColor="text1"/>
          <w:sz w:val="26"/>
          <w:szCs w:val="26"/>
        </w:rPr>
      </w:pPr>
      <w:r w:rsidRPr="007A4EAD">
        <w:rPr>
          <w:rFonts w:ascii="Times New Roman" w:hAnsi="Times New Roman" w:cs="Times New Roman"/>
          <w:i/>
          <w:iCs/>
          <w:color w:val="000000" w:themeColor="text1"/>
          <w:sz w:val="26"/>
          <w:szCs w:val="26"/>
        </w:rPr>
        <w:t>Căn cứ Quy chế Ủy quyền thanh toán cho cá nhân trong doanh nghiệp được ban hành kèm theo Quyết định số</w:t>
      </w:r>
      <w:r w:rsidR="00987917" w:rsidRPr="007A4EAD">
        <w:rPr>
          <w:rFonts w:ascii="Times New Roman" w:hAnsi="Times New Roman" w:cs="Times New Roman"/>
          <w:i/>
          <w:iCs/>
          <w:color w:val="000000" w:themeColor="text1"/>
          <w:sz w:val="26"/>
          <w:szCs w:val="26"/>
        </w:rPr>
        <w:t xml:space="preserve"> ……/</w:t>
      </w:r>
      <w:r w:rsidR="004F78AB" w:rsidRPr="007A4EAD">
        <w:rPr>
          <w:rFonts w:ascii="Times New Roman" w:hAnsi="Times New Roman" w:cs="Times New Roman"/>
          <w:i/>
          <w:iCs/>
          <w:color w:val="000000" w:themeColor="text1"/>
          <w:sz w:val="26"/>
          <w:szCs w:val="26"/>
        </w:rPr>
        <w:t>2025/</w:t>
      </w:r>
      <w:r w:rsidR="00987917" w:rsidRPr="007A4EAD">
        <w:rPr>
          <w:rFonts w:ascii="Times New Roman" w:hAnsi="Times New Roman" w:cs="Times New Roman"/>
          <w:i/>
          <w:iCs/>
          <w:color w:val="000000" w:themeColor="text1"/>
          <w:sz w:val="26"/>
          <w:szCs w:val="26"/>
        </w:rPr>
        <w:t xml:space="preserve">QĐ- ngày  tháng </w:t>
      </w:r>
      <w:r w:rsidR="00472B80" w:rsidRPr="007A4EAD">
        <w:rPr>
          <w:rFonts w:ascii="Times New Roman" w:hAnsi="Times New Roman" w:cs="Times New Roman"/>
          <w:i/>
          <w:iCs/>
          <w:color w:val="000000" w:themeColor="text1"/>
          <w:sz w:val="26"/>
          <w:szCs w:val="26"/>
        </w:rPr>
        <w:t xml:space="preserve"> </w:t>
      </w:r>
      <w:r w:rsidR="00987917" w:rsidRPr="007A4EAD">
        <w:rPr>
          <w:rFonts w:ascii="Times New Roman" w:hAnsi="Times New Roman" w:cs="Times New Roman"/>
          <w:i/>
          <w:iCs/>
          <w:color w:val="000000" w:themeColor="text1"/>
          <w:sz w:val="26"/>
          <w:szCs w:val="26"/>
        </w:rPr>
        <w:t>năm 2025</w:t>
      </w:r>
      <w:r w:rsidRPr="007A4EAD">
        <w:rPr>
          <w:rFonts w:ascii="Times New Roman" w:hAnsi="Times New Roman" w:cs="Times New Roman"/>
          <w:i/>
          <w:iCs/>
          <w:color w:val="000000" w:themeColor="text1"/>
          <w:sz w:val="26"/>
          <w:szCs w:val="26"/>
        </w:rPr>
        <w:t xml:space="preserve"> của </w:t>
      </w:r>
      <w:r w:rsidR="00987917" w:rsidRPr="007A4EAD">
        <w:rPr>
          <w:rFonts w:ascii="Times New Roman" w:hAnsi="Times New Roman" w:cs="Times New Roman"/>
          <w:i/>
          <w:iCs/>
          <w:color w:val="000000" w:themeColor="text1"/>
          <w:sz w:val="26"/>
          <w:szCs w:val="26"/>
        </w:rPr>
        <w:t xml:space="preserve">Tổng </w:t>
      </w:r>
      <w:r w:rsidRPr="007A4EAD">
        <w:rPr>
          <w:rFonts w:ascii="Times New Roman" w:hAnsi="Times New Roman" w:cs="Times New Roman"/>
          <w:i/>
          <w:iCs/>
          <w:color w:val="000000" w:themeColor="text1"/>
          <w:sz w:val="26"/>
          <w:szCs w:val="26"/>
        </w:rPr>
        <w:t xml:space="preserve">Giám đốc </w:t>
      </w:r>
      <w:r w:rsidR="00EF0C3E" w:rsidRPr="007A4EAD">
        <w:rPr>
          <w:rFonts w:ascii="Times New Roman" w:hAnsi="Times New Roman" w:cs="Times New Roman"/>
          <w:i/>
          <w:iCs/>
          <w:color w:val="000000" w:themeColor="text1"/>
          <w:sz w:val="26"/>
          <w:szCs w:val="26"/>
        </w:rPr>
        <w:t>…………………</w:t>
      </w:r>
      <w:r w:rsidRPr="007A4EAD">
        <w:rPr>
          <w:rFonts w:ascii="Times New Roman" w:hAnsi="Times New Roman" w:cs="Times New Roman"/>
          <w:i/>
          <w:iCs/>
          <w:color w:val="000000" w:themeColor="text1"/>
          <w:sz w:val="26"/>
          <w:szCs w:val="26"/>
        </w:rPr>
        <w:t>;</w:t>
      </w:r>
    </w:p>
    <w:p w14:paraId="0A9A1B38" w14:textId="49952081" w:rsidR="0053374D" w:rsidRPr="007A4EAD" w:rsidRDefault="00987917" w:rsidP="007A4EAD">
      <w:pPr>
        <w:spacing w:after="80" w:line="360" w:lineRule="auto"/>
        <w:ind w:firstLine="567"/>
        <w:rPr>
          <w:rFonts w:ascii="Times New Roman" w:hAnsi="Times New Roman" w:cs="Times New Roman"/>
          <w:color w:val="000000" w:themeColor="text1"/>
          <w:sz w:val="26"/>
          <w:szCs w:val="26"/>
        </w:rPr>
      </w:pPr>
      <w:r w:rsidRPr="007A4EAD">
        <w:rPr>
          <w:rFonts w:ascii="Times New Roman" w:hAnsi="Times New Roman" w:cs="Times New Roman"/>
          <w:color w:val="000000" w:themeColor="text1"/>
          <w:sz w:val="26"/>
          <w:szCs w:val="26"/>
        </w:rPr>
        <w:t>Hôm nay, ngày … tháng … năm 2025</w:t>
      </w:r>
      <w:r w:rsidR="00B63EB8" w:rsidRPr="007A4EAD">
        <w:rPr>
          <w:rFonts w:ascii="Times New Roman" w:hAnsi="Times New Roman" w:cs="Times New Roman"/>
          <w:color w:val="000000" w:themeColor="text1"/>
          <w:sz w:val="26"/>
          <w:szCs w:val="26"/>
        </w:rPr>
        <w:t xml:space="preserve">, tại </w:t>
      </w:r>
      <w:r w:rsidR="00EF0C3E" w:rsidRPr="007A4EAD">
        <w:rPr>
          <w:rFonts w:ascii="Times New Roman" w:hAnsi="Times New Roman" w:cs="Times New Roman"/>
          <w:color w:val="000000" w:themeColor="text1"/>
          <w:sz w:val="26"/>
          <w:szCs w:val="26"/>
        </w:rPr>
        <w:t>……………….</w:t>
      </w:r>
      <w:r w:rsidR="00B63EB8" w:rsidRPr="007A4EAD">
        <w:rPr>
          <w:rFonts w:ascii="Times New Roman" w:hAnsi="Times New Roman" w:cs="Times New Roman"/>
          <w:color w:val="000000" w:themeColor="text1"/>
          <w:sz w:val="26"/>
          <w:szCs w:val="26"/>
        </w:rPr>
        <w:t>, chúng tôi gồm:</w:t>
      </w:r>
    </w:p>
    <w:p w14:paraId="5512F31B" w14:textId="3F5659D5" w:rsidR="0053374D" w:rsidRPr="007A4EAD" w:rsidRDefault="00B63EB8" w:rsidP="007A4EAD">
      <w:pPr>
        <w:pStyle w:val="ListBullet"/>
        <w:numPr>
          <w:ilvl w:val="0"/>
          <w:numId w:val="0"/>
        </w:numPr>
        <w:spacing w:after="80" w:line="360" w:lineRule="auto"/>
        <w:rPr>
          <w:rFonts w:ascii="Times New Roman" w:hAnsi="Times New Roman" w:cs="Times New Roman"/>
          <w:b/>
          <w:bCs/>
          <w:color w:val="000000" w:themeColor="text1"/>
          <w:sz w:val="26"/>
          <w:szCs w:val="26"/>
        </w:rPr>
      </w:pPr>
      <w:r w:rsidRPr="007A4EAD">
        <w:rPr>
          <w:rFonts w:ascii="Times New Roman" w:hAnsi="Times New Roman" w:cs="Times New Roman"/>
          <w:b/>
          <w:bCs/>
          <w:color w:val="000000" w:themeColor="text1"/>
          <w:sz w:val="26"/>
          <w:szCs w:val="26"/>
        </w:rPr>
        <w:t>BÊN ỦY QUYỀ</w:t>
      </w:r>
      <w:r w:rsidR="00CA1A11" w:rsidRPr="007A4EAD">
        <w:rPr>
          <w:rFonts w:ascii="Times New Roman" w:hAnsi="Times New Roman" w:cs="Times New Roman"/>
          <w:b/>
          <w:bCs/>
          <w:color w:val="000000" w:themeColor="text1"/>
          <w:sz w:val="26"/>
          <w:szCs w:val="26"/>
        </w:rPr>
        <w:t>N (BÊN A):</w:t>
      </w:r>
    </w:p>
    <w:p w14:paraId="530542C0" w14:textId="033BF7C5" w:rsidR="0053374D" w:rsidRPr="007A4EAD" w:rsidRDefault="00B63EB8" w:rsidP="007A4EAD">
      <w:pPr>
        <w:spacing w:after="80" w:line="360" w:lineRule="auto"/>
        <w:rPr>
          <w:rFonts w:ascii="Times New Roman" w:hAnsi="Times New Roman" w:cs="Times New Roman"/>
          <w:color w:val="000000" w:themeColor="text1"/>
          <w:sz w:val="26"/>
          <w:szCs w:val="26"/>
        </w:rPr>
      </w:pPr>
      <w:r w:rsidRPr="007A4EAD">
        <w:rPr>
          <w:rFonts w:ascii="Times New Roman" w:hAnsi="Times New Roman" w:cs="Times New Roman"/>
          <w:color w:val="000000" w:themeColor="text1"/>
          <w:sz w:val="26"/>
          <w:szCs w:val="26"/>
        </w:rPr>
        <w:t xml:space="preserve">Tên công ty: </w:t>
      </w:r>
      <w:r w:rsidR="00EF0C3E" w:rsidRPr="007A4EAD">
        <w:rPr>
          <w:rFonts w:ascii="Times New Roman" w:hAnsi="Times New Roman" w:cs="Times New Roman"/>
          <w:color w:val="000000" w:themeColor="text1"/>
          <w:sz w:val="26"/>
          <w:szCs w:val="26"/>
        </w:rPr>
        <w:t>………………</w:t>
      </w:r>
    </w:p>
    <w:p w14:paraId="14F11ADE" w14:textId="6562F941" w:rsidR="00987917" w:rsidRPr="007A4EAD" w:rsidRDefault="00B63EB8" w:rsidP="007A4EAD">
      <w:pPr>
        <w:spacing w:after="80" w:line="360" w:lineRule="auto"/>
        <w:rPr>
          <w:rFonts w:ascii="Times New Roman" w:hAnsi="Times New Roman" w:cs="Times New Roman"/>
          <w:color w:val="000000" w:themeColor="text1"/>
          <w:sz w:val="26"/>
          <w:szCs w:val="26"/>
        </w:rPr>
      </w:pPr>
      <w:r w:rsidRPr="007A4EAD">
        <w:rPr>
          <w:rFonts w:ascii="Times New Roman" w:hAnsi="Times New Roman" w:cs="Times New Roman"/>
          <w:color w:val="000000" w:themeColor="text1"/>
          <w:sz w:val="26"/>
          <w:szCs w:val="26"/>
        </w:rPr>
        <w:t xml:space="preserve">Địa chỉ: </w:t>
      </w:r>
      <w:r w:rsidR="00EF0C3E" w:rsidRPr="007A4EAD">
        <w:rPr>
          <w:rFonts w:ascii="Times New Roman" w:hAnsi="Times New Roman" w:cs="Times New Roman"/>
          <w:color w:val="000000" w:themeColor="text1"/>
          <w:sz w:val="26"/>
          <w:szCs w:val="26"/>
        </w:rPr>
        <w:t>……………………</w:t>
      </w:r>
    </w:p>
    <w:p w14:paraId="7E182A8B" w14:textId="6B8F8839" w:rsidR="00CA1A11" w:rsidRPr="007A4EAD" w:rsidRDefault="00CA1A11" w:rsidP="007A4EAD">
      <w:pPr>
        <w:spacing w:after="80" w:line="360" w:lineRule="auto"/>
        <w:rPr>
          <w:rFonts w:ascii="Times New Roman" w:hAnsi="Times New Roman" w:cs="Times New Roman"/>
          <w:color w:val="000000" w:themeColor="text1"/>
          <w:sz w:val="26"/>
          <w:szCs w:val="26"/>
        </w:rPr>
      </w:pPr>
      <w:r w:rsidRPr="007A4EAD">
        <w:rPr>
          <w:rFonts w:ascii="Times New Roman" w:hAnsi="Times New Roman" w:cs="Times New Roman"/>
          <w:color w:val="000000" w:themeColor="text1"/>
          <w:sz w:val="26"/>
          <w:szCs w:val="26"/>
        </w:rPr>
        <w:t xml:space="preserve">Mã số thuế: </w:t>
      </w:r>
      <w:r w:rsidR="00EF0C3E" w:rsidRPr="007A4EAD">
        <w:rPr>
          <w:rFonts w:ascii="Times New Roman" w:hAnsi="Times New Roman" w:cs="Times New Roman"/>
          <w:color w:val="000000" w:themeColor="text1"/>
          <w:sz w:val="26"/>
          <w:szCs w:val="26"/>
        </w:rPr>
        <w:t>…………….</w:t>
      </w:r>
    </w:p>
    <w:p w14:paraId="77D92EF4" w14:textId="036C0E18" w:rsidR="0053374D" w:rsidRPr="007A4EAD" w:rsidRDefault="00B63EB8" w:rsidP="007A4EAD">
      <w:pPr>
        <w:spacing w:after="80" w:line="360" w:lineRule="auto"/>
        <w:rPr>
          <w:rFonts w:ascii="Times New Roman" w:hAnsi="Times New Roman" w:cs="Times New Roman"/>
          <w:color w:val="000000" w:themeColor="text1"/>
          <w:sz w:val="26"/>
          <w:szCs w:val="26"/>
        </w:rPr>
      </w:pPr>
      <w:r w:rsidRPr="007A4EAD">
        <w:rPr>
          <w:rFonts w:ascii="Times New Roman" w:hAnsi="Times New Roman" w:cs="Times New Roman"/>
          <w:color w:val="000000" w:themeColor="text1"/>
          <w:sz w:val="26"/>
          <w:szCs w:val="26"/>
        </w:rPr>
        <w:t xml:space="preserve">Đại diện: </w:t>
      </w:r>
      <w:r w:rsidR="00987917" w:rsidRPr="007A4EAD">
        <w:rPr>
          <w:rFonts w:ascii="Times New Roman" w:hAnsi="Times New Roman" w:cs="Times New Roman"/>
          <w:color w:val="000000" w:themeColor="text1"/>
          <w:sz w:val="26"/>
          <w:szCs w:val="26"/>
        </w:rPr>
        <w:t xml:space="preserve">Ông </w:t>
      </w:r>
      <w:r w:rsidR="00EF0C3E" w:rsidRPr="007A4EAD">
        <w:rPr>
          <w:rFonts w:ascii="Times New Roman" w:hAnsi="Times New Roman" w:cs="Times New Roman"/>
          <w:color w:val="000000" w:themeColor="text1"/>
          <w:sz w:val="26"/>
          <w:szCs w:val="26"/>
        </w:rPr>
        <w:t>………………</w:t>
      </w:r>
    </w:p>
    <w:p w14:paraId="61EB36A8" w14:textId="00105281" w:rsidR="0053374D" w:rsidRPr="007A4EAD" w:rsidRDefault="00B63EB8" w:rsidP="007A4EAD">
      <w:pPr>
        <w:spacing w:after="80" w:line="360" w:lineRule="auto"/>
        <w:rPr>
          <w:rFonts w:ascii="Times New Roman" w:hAnsi="Times New Roman" w:cs="Times New Roman"/>
          <w:color w:val="000000" w:themeColor="text1"/>
          <w:sz w:val="26"/>
          <w:szCs w:val="26"/>
        </w:rPr>
      </w:pPr>
      <w:r w:rsidRPr="007A4EAD">
        <w:rPr>
          <w:rFonts w:ascii="Times New Roman" w:hAnsi="Times New Roman" w:cs="Times New Roman"/>
          <w:color w:val="000000" w:themeColor="text1"/>
          <w:sz w:val="26"/>
          <w:szCs w:val="26"/>
        </w:rPr>
        <w:t xml:space="preserve">Chức vụ: </w:t>
      </w:r>
      <w:r w:rsidR="00EF0C3E" w:rsidRPr="007A4EAD">
        <w:rPr>
          <w:rFonts w:ascii="Times New Roman" w:hAnsi="Times New Roman" w:cs="Times New Roman"/>
          <w:color w:val="000000" w:themeColor="text1"/>
          <w:sz w:val="26"/>
          <w:szCs w:val="26"/>
        </w:rPr>
        <w:t>……………………</w:t>
      </w:r>
    </w:p>
    <w:p w14:paraId="729E2BF4" w14:textId="705E3759" w:rsidR="0053374D" w:rsidRPr="007A4EAD" w:rsidRDefault="00B63EB8" w:rsidP="007A4EAD">
      <w:pPr>
        <w:pStyle w:val="ListBullet"/>
        <w:numPr>
          <w:ilvl w:val="0"/>
          <w:numId w:val="0"/>
        </w:numPr>
        <w:spacing w:after="80" w:line="360" w:lineRule="auto"/>
        <w:rPr>
          <w:rFonts w:ascii="Times New Roman" w:hAnsi="Times New Roman" w:cs="Times New Roman"/>
          <w:b/>
          <w:bCs/>
          <w:color w:val="000000" w:themeColor="text1"/>
          <w:sz w:val="26"/>
          <w:szCs w:val="26"/>
        </w:rPr>
      </w:pPr>
      <w:r w:rsidRPr="007A4EAD">
        <w:rPr>
          <w:rFonts w:ascii="Times New Roman" w:hAnsi="Times New Roman" w:cs="Times New Roman"/>
          <w:b/>
          <w:bCs/>
          <w:color w:val="000000" w:themeColor="text1"/>
          <w:sz w:val="26"/>
          <w:szCs w:val="26"/>
        </w:rPr>
        <w:t>BÊN ĐƯỢC ỦY QUYỀN (BÊN B):</w:t>
      </w:r>
    </w:p>
    <w:p w14:paraId="39091BEA" w14:textId="77777777" w:rsidR="0053374D" w:rsidRPr="007A4EAD" w:rsidRDefault="00B63EB8" w:rsidP="007A4EAD">
      <w:pPr>
        <w:spacing w:after="80" w:line="360" w:lineRule="auto"/>
        <w:rPr>
          <w:rFonts w:ascii="Times New Roman" w:hAnsi="Times New Roman" w:cs="Times New Roman"/>
          <w:color w:val="000000" w:themeColor="text1"/>
          <w:sz w:val="26"/>
          <w:szCs w:val="26"/>
        </w:rPr>
      </w:pPr>
      <w:r w:rsidRPr="007A4EAD">
        <w:rPr>
          <w:rFonts w:ascii="Times New Roman" w:hAnsi="Times New Roman" w:cs="Times New Roman"/>
          <w:color w:val="000000" w:themeColor="text1"/>
          <w:sz w:val="26"/>
          <w:szCs w:val="26"/>
        </w:rPr>
        <w:t>Họ và tên: …………………………………………</w:t>
      </w:r>
    </w:p>
    <w:p w14:paraId="2D80A59E" w14:textId="77777777" w:rsidR="0053374D" w:rsidRPr="007A4EAD" w:rsidRDefault="00B63EB8" w:rsidP="007A4EAD">
      <w:pPr>
        <w:spacing w:after="80" w:line="360" w:lineRule="auto"/>
        <w:rPr>
          <w:rFonts w:ascii="Times New Roman" w:hAnsi="Times New Roman" w:cs="Times New Roman"/>
          <w:color w:val="000000" w:themeColor="text1"/>
          <w:sz w:val="26"/>
          <w:szCs w:val="26"/>
        </w:rPr>
      </w:pPr>
      <w:r w:rsidRPr="007A4EAD">
        <w:rPr>
          <w:rFonts w:ascii="Times New Roman" w:hAnsi="Times New Roman" w:cs="Times New Roman"/>
          <w:color w:val="000000" w:themeColor="text1"/>
          <w:sz w:val="26"/>
          <w:szCs w:val="26"/>
        </w:rPr>
        <w:t>Chức vụ/Bộ phận: ………………………………</w:t>
      </w:r>
    </w:p>
    <w:p w14:paraId="3B5E6E6C" w14:textId="77777777" w:rsidR="0053374D" w:rsidRPr="007A4EAD" w:rsidRDefault="00B63EB8" w:rsidP="007A4EAD">
      <w:pPr>
        <w:spacing w:after="80" w:line="360" w:lineRule="auto"/>
        <w:rPr>
          <w:rFonts w:ascii="Times New Roman" w:hAnsi="Times New Roman" w:cs="Times New Roman"/>
          <w:color w:val="000000" w:themeColor="text1"/>
          <w:sz w:val="26"/>
          <w:szCs w:val="26"/>
        </w:rPr>
      </w:pPr>
      <w:r w:rsidRPr="007A4EAD">
        <w:rPr>
          <w:rFonts w:ascii="Times New Roman" w:hAnsi="Times New Roman" w:cs="Times New Roman"/>
          <w:color w:val="000000" w:themeColor="text1"/>
          <w:sz w:val="26"/>
          <w:szCs w:val="26"/>
        </w:rPr>
        <w:t>Số CMND/CCCD: ………………………………</w:t>
      </w:r>
    </w:p>
    <w:p w14:paraId="30BEFEC6" w14:textId="77777777" w:rsidR="0053374D" w:rsidRPr="007A4EAD" w:rsidRDefault="00B63EB8" w:rsidP="007A4EAD">
      <w:pPr>
        <w:spacing w:after="80" w:line="360" w:lineRule="auto"/>
        <w:rPr>
          <w:rFonts w:ascii="Times New Roman" w:hAnsi="Times New Roman" w:cs="Times New Roman"/>
          <w:color w:val="000000" w:themeColor="text1"/>
          <w:sz w:val="26"/>
          <w:szCs w:val="26"/>
        </w:rPr>
      </w:pPr>
      <w:r w:rsidRPr="007A4EAD">
        <w:rPr>
          <w:rFonts w:ascii="Times New Roman" w:hAnsi="Times New Roman" w:cs="Times New Roman"/>
          <w:color w:val="000000" w:themeColor="text1"/>
          <w:sz w:val="26"/>
          <w:szCs w:val="26"/>
        </w:rPr>
        <w:t>Ngày cấp: …………………………………………</w:t>
      </w:r>
    </w:p>
    <w:p w14:paraId="2A40CE18" w14:textId="77777777" w:rsidR="0053374D" w:rsidRPr="007A4EAD" w:rsidRDefault="00B63EB8" w:rsidP="007A4EAD">
      <w:pPr>
        <w:spacing w:after="80" w:line="360" w:lineRule="auto"/>
        <w:rPr>
          <w:rFonts w:ascii="Times New Roman" w:hAnsi="Times New Roman" w:cs="Times New Roman"/>
          <w:color w:val="000000" w:themeColor="text1"/>
          <w:sz w:val="26"/>
          <w:szCs w:val="26"/>
        </w:rPr>
      </w:pPr>
      <w:r w:rsidRPr="007A4EAD">
        <w:rPr>
          <w:rFonts w:ascii="Times New Roman" w:hAnsi="Times New Roman" w:cs="Times New Roman"/>
          <w:color w:val="000000" w:themeColor="text1"/>
          <w:sz w:val="26"/>
          <w:szCs w:val="26"/>
        </w:rPr>
        <w:t>Nơi cấp: …………………………………………</w:t>
      </w:r>
    </w:p>
    <w:p w14:paraId="132F323B" w14:textId="2E642DE8" w:rsidR="0053374D" w:rsidRPr="007A4EAD" w:rsidRDefault="00B63EB8" w:rsidP="007A4EAD">
      <w:pPr>
        <w:spacing w:after="80" w:line="360" w:lineRule="auto"/>
        <w:rPr>
          <w:rFonts w:ascii="Times New Roman" w:hAnsi="Times New Roman" w:cs="Times New Roman"/>
          <w:color w:val="000000" w:themeColor="text1"/>
          <w:sz w:val="26"/>
          <w:szCs w:val="26"/>
        </w:rPr>
      </w:pPr>
      <w:r w:rsidRPr="007A4EAD">
        <w:rPr>
          <w:rFonts w:ascii="Times New Roman" w:hAnsi="Times New Roman" w:cs="Times New Roman"/>
          <w:color w:val="000000" w:themeColor="text1"/>
          <w:sz w:val="26"/>
          <w:szCs w:val="26"/>
        </w:rPr>
        <w:t>Số điện thoại: …………………………………</w:t>
      </w:r>
    </w:p>
    <w:p w14:paraId="5441E0A4" w14:textId="49A64A73" w:rsidR="00CA1A11" w:rsidRPr="007A4EAD" w:rsidRDefault="00CA1A11" w:rsidP="007A4EAD">
      <w:pPr>
        <w:pStyle w:val="NormalWeb"/>
        <w:spacing w:before="120" w:beforeAutospacing="0" w:after="120" w:afterAutospacing="0" w:line="360" w:lineRule="auto"/>
        <w:jc w:val="both"/>
        <w:rPr>
          <w:rFonts w:eastAsiaTheme="minorEastAsia"/>
          <w:color w:val="000000" w:themeColor="text1"/>
          <w:sz w:val="26"/>
          <w:szCs w:val="26"/>
          <w:lang w:eastAsia="en-US"/>
        </w:rPr>
      </w:pPr>
      <w:r w:rsidRPr="007A4EAD">
        <w:rPr>
          <w:rFonts w:eastAsiaTheme="minorEastAsia"/>
          <w:color w:val="000000" w:themeColor="text1"/>
          <w:sz w:val="26"/>
          <w:szCs w:val="26"/>
          <w:lang w:eastAsia="en-US"/>
        </w:rPr>
        <w:t>Sau khi thỏa thuận, hai bên tiến hành đồng ý xác lập giấy ủy quyền nhận tiền với các nội dung và điều khoản cụ thể như sau:</w:t>
      </w:r>
    </w:p>
    <w:p w14:paraId="14A6CE2A" w14:textId="5ECA5DC4" w:rsidR="0053374D" w:rsidRPr="007A4EAD" w:rsidRDefault="00CA1A11" w:rsidP="007A4EAD">
      <w:pPr>
        <w:pStyle w:val="Heading2"/>
        <w:spacing w:before="0" w:after="80" w:line="360" w:lineRule="auto"/>
        <w:rPr>
          <w:rFonts w:ascii="Times New Roman" w:hAnsi="Times New Roman" w:cs="Times New Roman"/>
          <w:color w:val="000000" w:themeColor="text1"/>
        </w:rPr>
      </w:pPr>
      <w:r w:rsidRPr="007A4EAD">
        <w:rPr>
          <w:rFonts w:ascii="Times New Roman" w:hAnsi="Times New Roman" w:cs="Times New Roman"/>
          <w:color w:val="000000" w:themeColor="text1"/>
        </w:rPr>
        <w:lastRenderedPageBreak/>
        <w:t xml:space="preserve">ĐIỀU 1: </w:t>
      </w:r>
      <w:r w:rsidR="00B63EB8" w:rsidRPr="007A4EAD">
        <w:rPr>
          <w:rFonts w:ascii="Times New Roman" w:hAnsi="Times New Roman" w:cs="Times New Roman"/>
          <w:color w:val="000000" w:themeColor="text1"/>
        </w:rPr>
        <w:t>NỘI DUNG ỦY QUYỀN</w:t>
      </w:r>
    </w:p>
    <w:p w14:paraId="1CE3FFC7" w14:textId="3EC359C9" w:rsidR="00EF2F96" w:rsidRPr="007A4EAD" w:rsidRDefault="00B63EB8" w:rsidP="009E45F5">
      <w:pPr>
        <w:spacing w:after="80" w:line="360" w:lineRule="auto"/>
        <w:ind w:firstLine="567"/>
        <w:rPr>
          <w:rFonts w:ascii="Times New Roman" w:hAnsi="Times New Roman" w:cs="Times New Roman"/>
          <w:color w:val="000000" w:themeColor="text1"/>
          <w:sz w:val="26"/>
          <w:szCs w:val="26"/>
        </w:rPr>
      </w:pPr>
      <w:r w:rsidRPr="007A4EAD">
        <w:rPr>
          <w:rFonts w:ascii="Times New Roman" w:hAnsi="Times New Roman" w:cs="Times New Roman"/>
          <w:color w:val="000000" w:themeColor="text1"/>
          <w:sz w:val="26"/>
          <w:szCs w:val="26"/>
        </w:rPr>
        <w:t xml:space="preserve">- Bên A ủy quyền cho Bên B thay mặt Công ty thực hiện việc thanh toán mua hàng hóa, dịch vụ phục vụ hoạt động sản xuất, kinh doanh của Công ty </w:t>
      </w:r>
      <w:r w:rsidR="00987917" w:rsidRPr="007A4EAD">
        <w:rPr>
          <w:rFonts w:ascii="Times New Roman" w:hAnsi="Times New Roman" w:cs="Times New Roman"/>
          <w:color w:val="000000" w:themeColor="text1"/>
          <w:sz w:val="26"/>
          <w:szCs w:val="26"/>
        </w:rPr>
        <w:t xml:space="preserve">Cổ Phần </w:t>
      </w:r>
      <w:r w:rsidR="00592EBC" w:rsidRPr="007A4EAD">
        <w:rPr>
          <w:rFonts w:ascii="Times New Roman" w:hAnsi="Times New Roman" w:cs="Times New Roman"/>
          <w:color w:val="000000" w:themeColor="text1"/>
          <w:sz w:val="26"/>
          <w:szCs w:val="26"/>
        </w:rPr>
        <w:t xml:space="preserve">xxx </w:t>
      </w:r>
      <w:r w:rsidR="00987917" w:rsidRPr="007A4EAD">
        <w:rPr>
          <w:rFonts w:ascii="Times New Roman" w:hAnsi="Times New Roman" w:cs="Times New Roman"/>
          <w:color w:val="000000" w:themeColor="text1"/>
          <w:sz w:val="26"/>
          <w:szCs w:val="26"/>
        </w:rPr>
        <w:t xml:space="preserve"> </w:t>
      </w:r>
      <w:r w:rsidRPr="007A4EAD">
        <w:rPr>
          <w:rFonts w:ascii="Times New Roman" w:hAnsi="Times New Roman" w:cs="Times New Roman"/>
          <w:color w:val="000000" w:themeColor="text1"/>
          <w:sz w:val="26"/>
          <w:szCs w:val="26"/>
        </w:rPr>
        <w:t>với các nội dung cụ thể sau:</w:t>
      </w:r>
    </w:p>
    <w:p w14:paraId="760E7A99" w14:textId="24824781" w:rsidR="00EF2F96" w:rsidRPr="007A4EAD" w:rsidRDefault="00B63EB8" w:rsidP="009E45F5">
      <w:pPr>
        <w:spacing w:after="80" w:line="360" w:lineRule="auto"/>
        <w:ind w:firstLine="567"/>
        <w:rPr>
          <w:rFonts w:ascii="Times New Roman" w:hAnsi="Times New Roman" w:cs="Times New Roman"/>
          <w:color w:val="000000" w:themeColor="text1"/>
          <w:sz w:val="26"/>
          <w:szCs w:val="26"/>
        </w:rPr>
      </w:pPr>
      <w:r w:rsidRPr="007A4EAD">
        <w:rPr>
          <w:rFonts w:ascii="Times New Roman" w:hAnsi="Times New Roman" w:cs="Times New Roman"/>
          <w:color w:val="000000" w:themeColor="text1"/>
          <w:sz w:val="26"/>
          <w:szCs w:val="26"/>
        </w:rPr>
        <w:br/>
        <w:t xml:space="preserve">   + </w:t>
      </w:r>
      <w:r w:rsidR="00EF2F96" w:rsidRPr="007A4EAD">
        <w:rPr>
          <w:rFonts w:ascii="Times New Roman" w:hAnsi="Times New Roman" w:cs="Times New Roman"/>
          <w:color w:val="000000" w:themeColor="text1"/>
          <w:sz w:val="26"/>
          <w:szCs w:val="26"/>
        </w:rPr>
        <w:t xml:space="preserve">   </w:t>
      </w:r>
      <w:r w:rsidRPr="007A4EAD">
        <w:rPr>
          <w:rFonts w:ascii="Times New Roman" w:hAnsi="Times New Roman" w:cs="Times New Roman"/>
          <w:color w:val="000000" w:themeColor="text1"/>
          <w:sz w:val="26"/>
          <w:szCs w:val="26"/>
        </w:rPr>
        <w:t xml:space="preserve">Thanh toán trực tiếp bằng </w:t>
      </w:r>
      <w:r w:rsidR="00E36234" w:rsidRPr="007A4EAD">
        <w:rPr>
          <w:rFonts w:ascii="Times New Roman" w:hAnsi="Times New Roman" w:cs="Times New Roman"/>
          <w:color w:val="000000" w:themeColor="text1"/>
          <w:sz w:val="26"/>
          <w:szCs w:val="26"/>
        </w:rPr>
        <w:t>chuyển khoản</w:t>
      </w:r>
      <w:r w:rsidRPr="007A4EAD">
        <w:rPr>
          <w:rFonts w:ascii="Times New Roman" w:hAnsi="Times New Roman" w:cs="Times New Roman"/>
          <w:color w:val="000000" w:themeColor="text1"/>
          <w:sz w:val="26"/>
          <w:szCs w:val="26"/>
        </w:rPr>
        <w:t xml:space="preserve"> cho nhà cung cấp theo hóa đơn, chứng từ hợp lệ;</w:t>
      </w:r>
      <w:r w:rsidRPr="007A4EAD">
        <w:rPr>
          <w:rFonts w:ascii="Times New Roman" w:hAnsi="Times New Roman" w:cs="Times New Roman"/>
          <w:color w:val="000000" w:themeColor="text1"/>
          <w:sz w:val="26"/>
          <w:szCs w:val="26"/>
        </w:rPr>
        <w:br/>
        <w:t xml:space="preserve">   + Nhận hóa đơn, chứng từ liên quan đến việc mua hàng hóa, dịch vụ;</w:t>
      </w:r>
      <w:r w:rsidRPr="007A4EAD">
        <w:rPr>
          <w:rFonts w:ascii="Times New Roman" w:hAnsi="Times New Roman" w:cs="Times New Roman"/>
          <w:color w:val="000000" w:themeColor="text1"/>
          <w:sz w:val="26"/>
          <w:szCs w:val="26"/>
        </w:rPr>
        <w:br/>
        <w:t xml:space="preserve">   + </w:t>
      </w:r>
      <w:r w:rsidR="00EF2F96" w:rsidRPr="007A4EAD">
        <w:rPr>
          <w:rFonts w:ascii="Times New Roman" w:hAnsi="Times New Roman" w:cs="Times New Roman"/>
          <w:color w:val="000000" w:themeColor="text1"/>
          <w:sz w:val="26"/>
          <w:szCs w:val="26"/>
        </w:rPr>
        <w:t xml:space="preserve">  </w:t>
      </w:r>
      <w:r w:rsidRPr="007A4EAD">
        <w:rPr>
          <w:rFonts w:ascii="Times New Roman" w:hAnsi="Times New Roman" w:cs="Times New Roman"/>
          <w:color w:val="000000" w:themeColor="text1"/>
          <w:sz w:val="26"/>
          <w:szCs w:val="26"/>
        </w:rPr>
        <w:t>Hoàn thiện hồ sơ thanh toán và nộp lại đầy đủ cho Phòng Tài chính - Kế</w:t>
      </w:r>
      <w:r w:rsidR="00CA1A11" w:rsidRPr="007A4EAD">
        <w:rPr>
          <w:rFonts w:ascii="Times New Roman" w:hAnsi="Times New Roman" w:cs="Times New Roman"/>
          <w:color w:val="000000" w:themeColor="text1"/>
          <w:sz w:val="26"/>
          <w:szCs w:val="26"/>
        </w:rPr>
        <w:t xml:space="preserve"> toán Công ty</w:t>
      </w:r>
    </w:p>
    <w:p w14:paraId="5E3FD4BB" w14:textId="2375B787" w:rsidR="0053374D" w:rsidRPr="007A4EAD" w:rsidRDefault="00B63EB8" w:rsidP="009E45F5">
      <w:pPr>
        <w:spacing w:after="80" w:line="360" w:lineRule="auto"/>
        <w:ind w:firstLine="567"/>
        <w:rPr>
          <w:rFonts w:ascii="Times New Roman" w:hAnsi="Times New Roman" w:cs="Times New Roman"/>
          <w:color w:val="000000" w:themeColor="text1"/>
          <w:sz w:val="26"/>
          <w:szCs w:val="26"/>
        </w:rPr>
      </w:pPr>
      <w:r w:rsidRPr="007A4EAD">
        <w:rPr>
          <w:rFonts w:ascii="Times New Roman" w:hAnsi="Times New Roman" w:cs="Times New Roman"/>
          <w:color w:val="000000" w:themeColor="text1"/>
          <w:sz w:val="26"/>
          <w:szCs w:val="26"/>
        </w:rPr>
        <w:t>Công ty sẽ thực hiện thanh toán lại cho Bên B bằng hình thức chuyển khoản hoặc các hình thức thanh toán không dùng tiền mặt khác theo đúng quy định.</w:t>
      </w:r>
    </w:p>
    <w:p w14:paraId="51D101F8" w14:textId="3F3054C2" w:rsidR="0053374D" w:rsidRPr="007A4EAD" w:rsidRDefault="00B63EB8" w:rsidP="007A4EAD">
      <w:pPr>
        <w:pStyle w:val="Heading2"/>
        <w:spacing w:before="0" w:after="80" w:line="360" w:lineRule="auto"/>
        <w:rPr>
          <w:rFonts w:ascii="Times New Roman" w:hAnsi="Times New Roman" w:cs="Times New Roman"/>
          <w:color w:val="000000" w:themeColor="text1"/>
        </w:rPr>
      </w:pPr>
      <w:r w:rsidRPr="007A4EAD">
        <w:rPr>
          <w:rFonts w:ascii="Times New Roman" w:hAnsi="Times New Roman" w:cs="Times New Roman"/>
          <w:color w:val="000000" w:themeColor="text1"/>
        </w:rPr>
        <w:t>ĐIỀU 2: THỜI HẠN ỦY QUYỀN</w:t>
      </w:r>
    </w:p>
    <w:p w14:paraId="5A45607B" w14:textId="2264C3C1" w:rsidR="0053374D" w:rsidRPr="007A4EAD" w:rsidRDefault="00B63EB8" w:rsidP="007A4EAD">
      <w:pPr>
        <w:spacing w:after="80" w:line="360" w:lineRule="auto"/>
        <w:ind w:firstLine="567"/>
        <w:jc w:val="both"/>
        <w:rPr>
          <w:rFonts w:ascii="Times New Roman" w:hAnsi="Times New Roman" w:cs="Times New Roman"/>
          <w:color w:val="000000" w:themeColor="text1"/>
          <w:sz w:val="26"/>
          <w:szCs w:val="26"/>
        </w:rPr>
      </w:pPr>
      <w:r w:rsidRPr="007A4EAD">
        <w:rPr>
          <w:rFonts w:ascii="Times New Roman" w:hAnsi="Times New Roman" w:cs="Times New Roman"/>
          <w:color w:val="000000" w:themeColor="text1"/>
          <w:sz w:val="26"/>
          <w:szCs w:val="26"/>
        </w:rPr>
        <w:t xml:space="preserve">Giấy ủy quyền này có hiệu lực từ ngày … tháng … </w:t>
      </w:r>
      <w:r w:rsidR="00987917" w:rsidRPr="007A4EAD">
        <w:rPr>
          <w:rFonts w:ascii="Times New Roman" w:hAnsi="Times New Roman" w:cs="Times New Roman"/>
          <w:color w:val="000000" w:themeColor="text1"/>
          <w:sz w:val="26"/>
          <w:szCs w:val="26"/>
        </w:rPr>
        <w:t>năm 2025</w:t>
      </w:r>
      <w:r w:rsidRPr="007A4EAD">
        <w:rPr>
          <w:rFonts w:ascii="Times New Roman" w:hAnsi="Times New Roman" w:cs="Times New Roman"/>
          <w:color w:val="000000" w:themeColor="text1"/>
          <w:sz w:val="26"/>
          <w:szCs w:val="26"/>
        </w:rPr>
        <w:t xml:space="preserve"> đến hế</w:t>
      </w:r>
      <w:r w:rsidR="00987917" w:rsidRPr="007A4EAD">
        <w:rPr>
          <w:rFonts w:ascii="Times New Roman" w:hAnsi="Times New Roman" w:cs="Times New Roman"/>
          <w:color w:val="000000" w:themeColor="text1"/>
          <w:sz w:val="26"/>
          <w:szCs w:val="26"/>
        </w:rPr>
        <w:t>t ngày … tháng … năm 2025</w:t>
      </w:r>
      <w:r w:rsidRPr="007A4EAD">
        <w:rPr>
          <w:rFonts w:ascii="Times New Roman" w:hAnsi="Times New Roman" w:cs="Times New Roman"/>
          <w:color w:val="000000" w:themeColor="text1"/>
          <w:sz w:val="26"/>
          <w:szCs w:val="26"/>
        </w:rPr>
        <w:t xml:space="preserve"> hoặc cho đến khi có văn bản thay thế hoặc hủy bỏ.</w:t>
      </w:r>
    </w:p>
    <w:p w14:paraId="32934346" w14:textId="6456776C" w:rsidR="0053374D" w:rsidRPr="007A4EAD" w:rsidRDefault="00B63EB8" w:rsidP="007A4EAD">
      <w:pPr>
        <w:pStyle w:val="Heading2"/>
        <w:spacing w:before="0" w:after="80" w:line="360" w:lineRule="auto"/>
        <w:rPr>
          <w:rFonts w:ascii="Times New Roman" w:hAnsi="Times New Roman" w:cs="Times New Roman"/>
          <w:color w:val="000000" w:themeColor="text1"/>
        </w:rPr>
      </w:pPr>
      <w:r w:rsidRPr="007A4EAD">
        <w:rPr>
          <w:rFonts w:ascii="Times New Roman" w:hAnsi="Times New Roman" w:cs="Times New Roman"/>
          <w:color w:val="000000" w:themeColor="text1"/>
        </w:rPr>
        <w:t>ĐIỀU 3: CAM KẾT CỦA CÁC BÊN</w:t>
      </w:r>
    </w:p>
    <w:p w14:paraId="5688A02E" w14:textId="2B9EF3D7" w:rsidR="0053374D" w:rsidRPr="007A4EAD" w:rsidRDefault="00B63EB8" w:rsidP="007A4EAD">
      <w:pPr>
        <w:spacing w:after="80" w:line="360" w:lineRule="auto"/>
        <w:ind w:firstLine="567"/>
        <w:jc w:val="both"/>
        <w:rPr>
          <w:rFonts w:ascii="Times New Roman" w:hAnsi="Times New Roman" w:cs="Times New Roman"/>
          <w:color w:val="000000" w:themeColor="text1"/>
          <w:sz w:val="26"/>
          <w:szCs w:val="26"/>
        </w:rPr>
      </w:pPr>
      <w:r w:rsidRPr="007A4EAD">
        <w:rPr>
          <w:rFonts w:ascii="Times New Roman" w:hAnsi="Times New Roman" w:cs="Times New Roman"/>
          <w:color w:val="000000" w:themeColor="text1"/>
          <w:sz w:val="26"/>
          <w:szCs w:val="26"/>
        </w:rPr>
        <w:t>Hai bên cam kết thực hiện đúng các nội dung nêu trên. Mọi hành vi vi phạm sẽ hoàn toàn chịu trách nhiệm trước pháp luật và nội quy, quy chế của Công ty.</w:t>
      </w:r>
    </w:p>
    <w:p w14:paraId="0BFD5BB8" w14:textId="078F1D99" w:rsidR="00B63EB8" w:rsidRPr="007A4EAD" w:rsidRDefault="00B63EB8" w:rsidP="007A4EAD">
      <w:pPr>
        <w:spacing w:after="80" w:line="360" w:lineRule="auto"/>
        <w:ind w:firstLine="567"/>
        <w:jc w:val="both"/>
        <w:rPr>
          <w:rFonts w:ascii="Times New Roman" w:hAnsi="Times New Roman" w:cs="Times New Roman"/>
          <w:color w:val="000000" w:themeColor="text1"/>
          <w:sz w:val="26"/>
          <w:szCs w:val="26"/>
        </w:rPr>
      </w:pPr>
      <w:r w:rsidRPr="007A4EAD">
        <w:rPr>
          <w:rFonts w:ascii="Times New Roman" w:hAnsi="Times New Roman" w:cs="Times New Roman"/>
          <w:color w:val="000000" w:themeColor="text1"/>
          <w:sz w:val="26"/>
          <w:szCs w:val="26"/>
        </w:rPr>
        <w:t>Giấy ủy quyền được lập thành 02 bản, mỗi bên giữ 01 bản có giá trị pháp lý như nhau.</w:t>
      </w:r>
    </w:p>
    <w:p w14:paraId="62EB1A56" w14:textId="04B89C6E" w:rsidR="00B63EB8" w:rsidRPr="007A4EAD" w:rsidRDefault="00B63EB8" w:rsidP="007A4EAD">
      <w:pPr>
        <w:spacing w:after="80" w:line="360" w:lineRule="auto"/>
        <w:rPr>
          <w:rFonts w:ascii="Times New Roman" w:hAnsi="Times New Roman" w:cs="Times New Roman"/>
          <w:color w:val="000000" w:themeColor="text1"/>
          <w:sz w:val="26"/>
          <w:szCs w:val="26"/>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33"/>
        <w:gridCol w:w="5448"/>
      </w:tblGrid>
      <w:tr w:rsidR="00B63EB8" w:rsidRPr="007A4EAD" w14:paraId="1A1D00D5" w14:textId="77777777" w:rsidTr="007932B3">
        <w:trPr>
          <w:tblCellSpacing w:w="15" w:type="dxa"/>
        </w:trPr>
        <w:tc>
          <w:tcPr>
            <w:tcW w:w="0" w:type="auto"/>
            <w:vAlign w:val="center"/>
          </w:tcPr>
          <w:p w14:paraId="705E37C5" w14:textId="77777777" w:rsidR="00B63EB8" w:rsidRPr="007A4EAD" w:rsidRDefault="00B63EB8" w:rsidP="007A4EAD">
            <w:pPr>
              <w:spacing w:line="360" w:lineRule="auto"/>
              <w:jc w:val="center"/>
              <w:rPr>
                <w:rFonts w:ascii="Times New Roman" w:hAnsi="Times New Roman" w:cs="Times New Roman"/>
                <w:sz w:val="24"/>
                <w:szCs w:val="24"/>
              </w:rPr>
            </w:pPr>
            <w:r w:rsidRPr="007A4EAD">
              <w:rPr>
                <w:rStyle w:val="Strong"/>
                <w:rFonts w:ascii="Times New Roman" w:eastAsia="SimSun" w:hAnsi="Times New Roman" w:cs="Times New Roman"/>
                <w:sz w:val="24"/>
                <w:szCs w:val="24"/>
                <w:lang w:bidi="ar"/>
              </w:rPr>
              <w:t>BÊN ỦY QUYỀN</w:t>
            </w:r>
            <w:r w:rsidRPr="007A4EAD">
              <w:rPr>
                <w:rStyle w:val="Strong"/>
                <w:rFonts w:ascii="Times New Roman" w:eastAsia="SimSun" w:hAnsi="Times New Roman" w:cs="Times New Roman"/>
                <w:sz w:val="24"/>
                <w:szCs w:val="24"/>
                <w:lang w:bidi="ar"/>
              </w:rPr>
              <w:br/>
            </w:r>
            <w:r w:rsidRPr="007A4EAD">
              <w:rPr>
                <w:rStyle w:val="Emphasis"/>
                <w:rFonts w:ascii="Times New Roman" w:eastAsia="SimSun" w:hAnsi="Times New Roman" w:cs="Times New Roman"/>
                <w:sz w:val="24"/>
                <w:szCs w:val="24"/>
                <w:lang w:bidi="ar"/>
              </w:rPr>
              <w:t>(Ký và ghi rõ họ, tên)</w:t>
            </w:r>
          </w:p>
        </w:tc>
        <w:tc>
          <w:tcPr>
            <w:tcW w:w="0" w:type="auto"/>
            <w:vAlign w:val="center"/>
          </w:tcPr>
          <w:p w14:paraId="698E7B4C" w14:textId="77777777" w:rsidR="00B63EB8" w:rsidRPr="007A4EAD" w:rsidRDefault="00B63EB8" w:rsidP="007A4EAD">
            <w:pPr>
              <w:spacing w:line="360" w:lineRule="auto"/>
              <w:jc w:val="center"/>
              <w:rPr>
                <w:rFonts w:ascii="Times New Roman" w:hAnsi="Times New Roman" w:cs="Times New Roman"/>
                <w:sz w:val="24"/>
                <w:szCs w:val="24"/>
              </w:rPr>
            </w:pPr>
            <w:r w:rsidRPr="007A4EAD">
              <w:rPr>
                <w:rStyle w:val="Strong"/>
                <w:rFonts w:ascii="Times New Roman" w:eastAsia="SimSun" w:hAnsi="Times New Roman" w:cs="Times New Roman"/>
                <w:sz w:val="24"/>
                <w:szCs w:val="24"/>
                <w:lang w:bidi="ar"/>
              </w:rPr>
              <w:t>BÊN ĐƯỢC ỦY QUYỀN</w:t>
            </w:r>
            <w:r w:rsidRPr="007A4EAD">
              <w:rPr>
                <w:rStyle w:val="Strong"/>
                <w:rFonts w:ascii="Times New Roman" w:eastAsia="SimSun" w:hAnsi="Times New Roman" w:cs="Times New Roman"/>
                <w:sz w:val="24"/>
                <w:szCs w:val="24"/>
                <w:lang w:bidi="ar"/>
              </w:rPr>
              <w:br/>
            </w:r>
            <w:r w:rsidRPr="007A4EAD">
              <w:rPr>
                <w:rStyle w:val="Emphasis"/>
                <w:rFonts w:ascii="Times New Roman" w:eastAsia="SimSun" w:hAnsi="Times New Roman" w:cs="Times New Roman"/>
                <w:sz w:val="24"/>
                <w:szCs w:val="24"/>
                <w:lang w:bidi="ar"/>
              </w:rPr>
              <w:t>(Ký và ghi rõ họ, tên)</w:t>
            </w:r>
          </w:p>
        </w:tc>
      </w:tr>
    </w:tbl>
    <w:p w14:paraId="5275F70D" w14:textId="69DD1E95" w:rsidR="0053374D" w:rsidRPr="007A4EAD" w:rsidRDefault="00B63EB8" w:rsidP="007A4EAD">
      <w:pPr>
        <w:spacing w:after="80" w:line="360" w:lineRule="auto"/>
        <w:rPr>
          <w:rFonts w:ascii="Times New Roman" w:hAnsi="Times New Roman" w:cs="Times New Roman"/>
          <w:color w:val="000000" w:themeColor="text1"/>
          <w:sz w:val="26"/>
          <w:szCs w:val="26"/>
        </w:rPr>
      </w:pPr>
      <w:r w:rsidRPr="007A4EAD">
        <w:rPr>
          <w:rFonts w:ascii="Times New Roman" w:hAnsi="Times New Roman" w:cs="Times New Roman"/>
          <w:color w:val="000000" w:themeColor="text1"/>
          <w:sz w:val="26"/>
          <w:szCs w:val="26"/>
        </w:rPr>
        <w:br/>
      </w:r>
    </w:p>
    <w:p w14:paraId="12938E9C" w14:textId="27D2BEA8" w:rsidR="0053374D" w:rsidRPr="007A4EAD" w:rsidRDefault="0053374D" w:rsidP="007A4EAD">
      <w:pPr>
        <w:spacing w:after="80" w:line="360" w:lineRule="auto"/>
        <w:rPr>
          <w:rFonts w:ascii="Times New Roman" w:hAnsi="Times New Roman" w:cs="Times New Roman"/>
          <w:color w:val="000000" w:themeColor="text1"/>
          <w:sz w:val="26"/>
          <w:szCs w:val="26"/>
        </w:rPr>
      </w:pPr>
    </w:p>
    <w:sectPr w:rsidR="0053374D" w:rsidRPr="007A4EAD" w:rsidSect="00EF2F96">
      <w:pgSz w:w="12240" w:h="15840"/>
      <w:pgMar w:top="1440" w:right="1041" w:bottom="14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A4A5776"/>
    <w:multiLevelType w:val="hybridMultilevel"/>
    <w:tmpl w:val="0286230C"/>
    <w:lvl w:ilvl="0" w:tplc="BEB81DD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2A5D09"/>
    <w:multiLevelType w:val="hybridMultilevel"/>
    <w:tmpl w:val="03F659D4"/>
    <w:lvl w:ilvl="0" w:tplc="8F8EE72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2459386">
    <w:abstractNumId w:val="8"/>
  </w:num>
  <w:num w:numId="2" w16cid:durableId="1670449512">
    <w:abstractNumId w:val="6"/>
  </w:num>
  <w:num w:numId="3" w16cid:durableId="145822625">
    <w:abstractNumId w:val="5"/>
  </w:num>
  <w:num w:numId="4" w16cid:durableId="618530505">
    <w:abstractNumId w:val="4"/>
  </w:num>
  <w:num w:numId="5" w16cid:durableId="846672334">
    <w:abstractNumId w:val="7"/>
  </w:num>
  <w:num w:numId="6" w16cid:durableId="1782334451">
    <w:abstractNumId w:val="3"/>
  </w:num>
  <w:num w:numId="7" w16cid:durableId="143745894">
    <w:abstractNumId w:val="2"/>
  </w:num>
  <w:num w:numId="8" w16cid:durableId="874729242">
    <w:abstractNumId w:val="1"/>
  </w:num>
  <w:num w:numId="9" w16cid:durableId="319508823">
    <w:abstractNumId w:val="0"/>
  </w:num>
  <w:num w:numId="10" w16cid:durableId="2004161006">
    <w:abstractNumId w:val="10"/>
  </w:num>
  <w:num w:numId="11" w16cid:durableId="16837038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29639D"/>
    <w:rsid w:val="00304063"/>
    <w:rsid w:val="00326F90"/>
    <w:rsid w:val="00472B80"/>
    <w:rsid w:val="004C7D0A"/>
    <w:rsid w:val="004F78AB"/>
    <w:rsid w:val="0053374D"/>
    <w:rsid w:val="00592EBC"/>
    <w:rsid w:val="00680F87"/>
    <w:rsid w:val="007A4EAD"/>
    <w:rsid w:val="007D52C4"/>
    <w:rsid w:val="00987917"/>
    <w:rsid w:val="009E45F5"/>
    <w:rsid w:val="00AA1D8D"/>
    <w:rsid w:val="00B47730"/>
    <w:rsid w:val="00B63EB8"/>
    <w:rsid w:val="00CA1A11"/>
    <w:rsid w:val="00CB0664"/>
    <w:rsid w:val="00CC6578"/>
    <w:rsid w:val="00CC734B"/>
    <w:rsid w:val="00E36234"/>
    <w:rsid w:val="00EF0C3E"/>
    <w:rsid w:val="00EF2F96"/>
    <w:rsid w:val="00EF693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5FFFF2"/>
  <w14:defaultImageDpi w14:val="300"/>
  <w15:docId w15:val="{D6F6E734-8D48-40A5-AC59-97E773077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qFormat/>
    <w:rsid w:val="00FC693F"/>
    <w:rPr>
      <w:b/>
      <w:bCs/>
    </w:rPr>
  </w:style>
  <w:style w:type="character" w:styleId="Emphasis">
    <w:name w:val="Emphasis"/>
    <w:basedOn w:val="DefaultParagraphFont"/>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rsid w:val="00CA1A11"/>
    <w:pPr>
      <w:spacing w:before="100" w:beforeAutospacing="1" w:after="100" w:afterAutospacing="1"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E75E0-33AD-4B6D-9A1F-72BDFF05C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281</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Thư Anh PLVL</cp:lastModifiedBy>
  <cp:revision>2</cp:revision>
  <dcterms:created xsi:type="dcterms:W3CDTF">2025-07-04T06:57:00Z</dcterms:created>
  <dcterms:modified xsi:type="dcterms:W3CDTF">2025-07-04T06:57:00Z</dcterms:modified>
  <cp:category/>
</cp:coreProperties>
</file>